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פותרים חידות 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יישובים בארץ מתוך חידות תמונה, להסביר את משחק המילים ולמקם את היישוב באזור.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https://makom-baaretz-chidot.sites.tab.bot/chidot.html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לפתוח את החידות באתר על הלוח ולפתור יחד את הראשונה.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המשבצות מראות כמה אותיות יש בכל מילה בתשובה.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פותרים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  (ער + ד)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  (צף + 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 לציון  (ראשון + ל + ציון)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העין  (ראש + ה + עין)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אתא  (קריה + אתה)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המלח  (ים + ה + מלח)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שבע  (תל + 7)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קריית גת  (קריה + גת)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מסתתר בחידה?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טירת כרמל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גן השלושה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בית השיטה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חולון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פתח תקווה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איפה זה בארץ?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צפת, קריית אתא, טירת כרמל, גן השלושה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 לציון, ראש העין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ערד, ים המלח, תל שבע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מסבירים את משחק המילים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זיהוי נכון של החלקים, הסבר החיבור ביניהם,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פותרים חידות 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מסתכלים על התמונות, אומרים בקול מה רואים – ומחברים לשם של מקום בארץ.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פותרים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שם המקום – אות אחת בכל משבצת.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8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   ▢▢▢▢▢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0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   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6.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7.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4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8.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0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   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מסתתר בחידה?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"התמונות במילים" לבין שם המקום.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טירה + כרמל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פתח תקווה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+ ה + שלושה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טירת כרמל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 + 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+ ה + שיטה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חולון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 + 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בית השיטה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פתח + 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גן השלושה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איפה זה בארץ?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המקומות לפי האזור בארץ: צפון / מרכז / דרום.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ים המלח  |  צפת  |  קריית אתא  |  גן השלושה  |  טירת כרמל  |  ראש העין  |  ערד  |  תל שבע  |  ראשון לציון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מסבירים את משחק המילים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חידה אחת מהדף. כתבו: מה רואים בכל תמונה, איך מחברים את החלקים, ומה הייתה התשובה.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פתחו כך: בתמונה הראשונה רואים…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מחברים, מוסיפים, ביחד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חידה אחת שפתרתי לבד: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משחק מילים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פותרים חידות תמונה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