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פותרים חידות תמונה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לזהות יישובים בארץ מתוך חידות תמונה, להסביר את משחק המילים ולמקם את היישוב באזור.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25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עולים · כל השכבות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🔗 הפעילות באתר: https://makom-baaretz-chidot.sites.tab.bot/chidot.html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אפשר לפתוח את החידות באתר על הלוח ולפתור יחד את הראשונה.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המשבצות מראות כמה אותיות יש בכל מילה בתשובה.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העובדות על המקומות לקוחות מתוך האתר עצמו (כרטיס "הידעתם?" של כל חידה). כל המקומות בתוך הקו הירוק.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לוודא: באתר כל עובדות "הידעתם?" מסומנות לבדיקה – כדאי לעבור עליהן לפני השיעור.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בגרסה זו: שפה פשוטה ומשפטים קצרים, ומילון קטן בתחילת הדף. מומלץ לעבור על המילון יחד לפני התרגול.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פותרים חידות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בת ים  (בת + ים)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ערד  (ער + ד)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נהריה  (נהר + יה)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רעננה  (רענן + ה)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גדרה  (גדר + ה)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רחובות  (רחובות)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מה מסתתר בחידה?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תל אביב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אשדוד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עפולה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 – חוף דור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איפה זה בארץ?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צפון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נהריה, עפולה, חוף דור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מרכז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בת ים, רעננה, תל אביב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דרום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ערד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מסבירים את משחק המילים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זיהוי נכון של החלקים, הסבר החיבור ביניהם, משפטים שלמים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🧩 פותרים חידות תמונה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מסתכלים בתמונה. אומרים את המילה. מחברים מילים. מקבלים שם של מקום.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📖 מילון קטן – מילים חשובות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מילה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הסבר פשוט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חידה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🧩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riddle · загадка · እንቆቅልሽ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יישוב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🏘️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settlement, town · населённый пункт · መንደር / ከተማ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עיר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🏙️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city · город · ከተማ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קיבוץ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🚜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kibbutz · кибуц · ኪቡትዝ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רמז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💡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hint · подсказка · ፍንጭ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אות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🔤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letter · буква · ፊደል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מילה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word · слово · ቃል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✅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answer · ответ · መልስ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צפון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⬆️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north · север · ሰሜን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פותרים חידות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כתבו את השם. אות אחת בכל ריבוע.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4"/>
                <w:rtl/>
                <w:szCs w:val="24"/>
                <w:bCs/>
              </w:rPr>
              <w:t>1.</w:t>
            </w:r>
          </w:p>
          <w:p>
            <w:pPr>
              <w:bidi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2592000" cy="1212545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-26.jp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92000" cy="121254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התשובה: ▢▢   ▢▢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4"/>
                <w:rtl/>
                <w:szCs w:val="24"/>
                <w:bCs/>
              </w:rPr>
              <w:t>2.</w:t>
            </w:r>
          </w:p>
          <w:p>
            <w:pPr>
              <w:bidi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2592000" cy="1374545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-36.jp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92000" cy="137454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התשובה: ▢▢▢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4"/>
                <w:rtl/>
                <w:szCs w:val="24"/>
                <w:bCs/>
              </w:rPr>
              <w:t>3.</w:t>
            </w:r>
          </w:p>
          <w:p>
            <w:pPr>
              <w:bidi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2592000" cy="1237091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-7.jp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92000" cy="123709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התשובה: ▢▢▢▢▢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4"/>
                <w:rtl/>
                <w:szCs w:val="24"/>
                <w:bCs/>
              </w:rPr>
              <w:t>4.</w:t>
            </w:r>
          </w:p>
          <w:p>
            <w:pPr>
              <w:bidi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2592000" cy="1374545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-59.jp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92000" cy="137454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התשובה: ▢▢▢▢▢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4"/>
                <w:rtl/>
                <w:szCs w:val="24"/>
                <w:bCs/>
              </w:rPr>
              <w:t>5.</w:t>
            </w:r>
          </w:p>
          <w:p>
            <w:pPr>
              <w:bidi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2592000" cy="1374545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-58.jp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92000" cy="137454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התשובה: ▢▢▢▢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4"/>
                <w:rtl/>
                <w:szCs w:val="24"/>
                <w:bCs/>
              </w:rPr>
              <w:t>6.</w:t>
            </w:r>
          </w:p>
          <w:p>
            <w:pPr>
              <w:bidi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2592000" cy="2513455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-27.jp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92000" cy="251345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התשובה: ▢▢▢▢▢▢</w:t>
            </w:r>
          </w:p>
        </w:tc>
      </w:tr>
    </w:tbl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מה מסתתר בחידה?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התאימו בין "התמונות במילים" לבין שם המקום. כתבו את האות המתאימה.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אות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תל + אביב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א. אשדוד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אש + דוד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ב. תל אביב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 + פול + 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ג. עפולה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חוף + דור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ד. חוף דור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איפה זה בארץ?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מיינו את המקומות לפי האזור בארץ: צפון / מרכז / דרום.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בנק מילים: תל אביב  |  רעננה  |  בת ים  |  ערד  |  עפולה  |  נהריה  |  חוף דור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צפון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מרכז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דרום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מסבירים את משחק המילים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בחרו חידה אחת. כתבו: מה בתמונה? מה התשובה?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בתמונה יש…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התשובה היא…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חידה אחת שפתרתי לבד: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משחק מילים אחד שלמדתי היום: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איך הרגשתי?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פותרים חידות תמונה – דף תרגול (עולים)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